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Lieferschein</w:t>
      </w:r>
    </w:p>
    <w:p>
      <w:r>
        <w:t>DOCX gerendertes Beispiel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fill="EDEDED"/>
          </w:tcPr>
          <w:p>
            <w:r>
              <w:rPr>
                <w:b/>
              </w:rPr>
              <w:t>Lieferschein-Nr.</w:t>
            </w:r>
          </w:p>
        </w:tc>
        <w:tc>
          <w:tcPr>
            <w:tcW w:type="dxa" w:w="4933"/>
          </w:tcPr>
          <w:p>
            <w:r>
              <w:t>LS-2026-0001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Datum</w:t>
            </w:r>
          </w:p>
        </w:tc>
        <w:tc>
          <w:tcPr>
            <w:tcW w:type="dxa" w:w="4933"/>
          </w:tcPr>
          <w:p>
            <w:r>
              <w:t>09.06.2026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Kunde</w:t>
            </w:r>
          </w:p>
        </w:tc>
        <w:tc>
          <w:tcPr>
            <w:tcW w:type="dxa" w:w="4933"/>
          </w:tcPr>
          <w:p>
            <w:r>
              <w:t>Muster GmbH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Adresse</w:t>
            </w:r>
          </w:p>
        </w:tc>
        <w:tc>
          <w:tcPr>
            <w:tcW w:type="dxa" w:w="4933"/>
          </w:tcPr>
          <w:p>
            <w:r>
              <w:t>Musterstraße 1, 12345 Musterstadt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Arbeitsauftrag</w:t>
            </w:r>
          </w:p>
        </w:tc>
        <w:tc>
          <w:tcPr>
            <w:tcW w:type="dxa" w:w="4933"/>
          </w:tcPr>
          <w:p>
            <w:r>
              <w:t>WO-100200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Artikelnummer</w:t>
            </w:r>
          </w:p>
        </w:tc>
        <w:tc>
          <w:tcPr>
            <w:tcW w:type="dxa" w:w="4933"/>
          </w:tcPr>
          <w:p>
            <w:r>
              <w:t>A123456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Menge</w:t>
            </w:r>
          </w:p>
        </w:tc>
        <w:tc>
          <w:tcPr>
            <w:tcW w:type="dxa" w:w="4933"/>
          </w:tcPr>
          <w:p>
            <w:r>
              <w:t>120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Seriennummer</w:t>
            </w:r>
          </w:p>
        </w:tc>
        <w:tc>
          <w:tcPr>
            <w:tcW w:type="dxa" w:w="4933"/>
          </w:tcPr>
          <w:p>
            <w:r>
              <w:t>SNR000001</w:t>
            </w:r>
          </w:p>
        </w:tc>
      </w:tr>
    </w:tbl>
    <w:p/>
    <w:p>
      <w:pPr>
        <w:spacing w:before="240"/>
      </w:pPr>
      <w:r>
        <w:drawing>
          <wp:inline xmlns:a="http://schemas.openxmlformats.org/drawingml/2006/main" xmlns:pic="http://schemas.openxmlformats.org/drawingml/2006/picture">
            <wp:extent cx="3060000" cy="648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rial_barcod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6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/>
      </w:pPr>
      <w:r>
        <w:drawing>
          <wp:inline xmlns:a="http://schemas.openxmlformats.org/drawingml/2006/main" xmlns:pic="http://schemas.openxmlformats.org/drawingml/2006/picture">
            <wp:extent cx="1152000" cy="115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rial_q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1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Bemerkung</w:t>
      </w:r>
    </w:p>
    <w:p>
      <w:r>
        <w:t>Lieferung frei Rampe. Bitte Ware bei Annahme prüfen.</w:t>
      </w:r>
    </w:p>
    <w:p>
      <w:r>
        <w:rPr>
          <w:b/>
        </w:rPr>
        <w:t>Positionen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fill="EDEDED"/>
          </w:tcPr>
          <w:p>
            <w:r>
              <w:t>Pos.</w:t>
            </w:r>
          </w:p>
        </w:tc>
        <w:tc>
          <w:tcPr>
            <w:tcW w:type="dxa" w:w="2466"/>
            <w:shd w:fill="EDEDED"/>
          </w:tcPr>
          <w:p>
            <w:r>
              <w:t>Artikel</w:t>
            </w:r>
          </w:p>
        </w:tc>
        <w:tc>
          <w:tcPr>
            <w:tcW w:type="dxa" w:w="2466"/>
            <w:shd w:fill="EDEDED"/>
          </w:tcPr>
          <w:p>
            <w:r>
              <w:t>Bezeichnung</w:t>
            </w:r>
          </w:p>
        </w:tc>
        <w:tc>
          <w:tcPr>
            <w:tcW w:type="dxa" w:w="2466"/>
            <w:shd w:fill="EDEDED"/>
          </w:tcPr>
          <w:p>
            <w:r>
              <w:t>Menge</w:t>
            </w:r>
          </w:p>
        </w:tc>
      </w:tr>
      <w:tr>
        <w:tc>
          <w:tcPr>
            <w:tcW w:type="dxa" w:w="2466"/>
          </w:tcPr>
          <w:p>
            <w:r>
              <w:t>1</w:t>
            </w:r>
          </w:p>
        </w:tc>
        <w:tc>
          <w:tcPr>
            <w:tcW w:type="dxa" w:w="2466"/>
          </w:tcPr>
          <w:p>
            <w:r>
              <w:t>A123456</w:t>
            </w:r>
          </w:p>
        </w:tc>
        <w:tc>
          <w:tcPr>
            <w:tcW w:type="dxa" w:w="2466"/>
          </w:tcPr>
          <w:p>
            <w:r>
              <w:t>Lieferschein Demo-Artikel</w:t>
            </w:r>
          </w:p>
        </w:tc>
        <w:tc>
          <w:tcPr>
            <w:tcW w:type="dxa" w:w="2466"/>
          </w:tcPr>
          <w:p>
            <w:r>
              <w:t>120</w:t>
            </w:r>
          </w:p>
        </w:tc>
      </w:tr>
    </w:tbl>
    <w:sectPr w:rsidR="00FC693F" w:rsidRPr="0006063C" w:rsidSect="00034616">
      <w:footerReference w:type="default" r:id="rId11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Printservice DOCX Demo - LS-2026-0001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