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44"/>
        </w:rPr>
        <w:t>Lieferschein</w:t>
      </w:r>
    </w:p>
    <w:p>
      <w:r>
        <w:t>DOCX-Druckvorlage - Demo mit Platzhaltern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shd w:fill="EDEDED"/>
          </w:tcPr>
          <w:p>
            <w:r>
              <w:rPr>
                <w:b/>
              </w:rPr>
              <w:t>Lieferschein-Nr.</w:t>
            </w:r>
          </w:p>
        </w:tc>
        <w:tc>
          <w:tcPr>
            <w:tcW w:type="dxa" w:w="4933"/>
          </w:tcPr>
          <w:p>
            <w:r>
              <w:t>{{deliveryNumber}}</w:t>
            </w:r>
          </w:p>
        </w:tc>
      </w:tr>
      <w:tr>
        <w:tc>
          <w:tcPr>
            <w:tcW w:type="dxa" w:w="4933"/>
            <w:shd w:fill="EDEDED"/>
          </w:tcPr>
          <w:p>
            <w:r>
              <w:rPr>
                <w:b/>
              </w:rPr>
              <w:t>Datum</w:t>
            </w:r>
          </w:p>
        </w:tc>
        <w:tc>
          <w:tcPr>
            <w:tcW w:type="dxa" w:w="4933"/>
          </w:tcPr>
          <w:p>
            <w:r>
              <w:t>{{deliveryDate}}</w:t>
            </w:r>
          </w:p>
        </w:tc>
      </w:tr>
      <w:tr>
        <w:tc>
          <w:tcPr>
            <w:tcW w:type="dxa" w:w="4933"/>
            <w:shd w:fill="EDEDED"/>
          </w:tcPr>
          <w:p>
            <w:r>
              <w:rPr>
                <w:b/>
              </w:rPr>
              <w:t>Kunde</w:t>
            </w:r>
          </w:p>
        </w:tc>
        <w:tc>
          <w:tcPr>
            <w:tcW w:type="dxa" w:w="4933"/>
          </w:tcPr>
          <w:p>
            <w:r>
              <w:t>{{customer.name}}</w:t>
            </w:r>
          </w:p>
        </w:tc>
      </w:tr>
      <w:tr>
        <w:tc>
          <w:tcPr>
            <w:tcW w:type="dxa" w:w="4933"/>
            <w:shd w:fill="EDEDED"/>
          </w:tcPr>
          <w:p>
            <w:r>
              <w:rPr>
                <w:b/>
              </w:rPr>
              <w:t>Adresse</w:t>
            </w:r>
          </w:p>
        </w:tc>
        <w:tc>
          <w:tcPr>
            <w:tcW w:type="dxa" w:w="4933"/>
          </w:tcPr>
          <w:p>
            <w:r>
              <w:t>{{customer.address}}</w:t>
            </w:r>
          </w:p>
        </w:tc>
      </w:tr>
      <w:tr>
        <w:tc>
          <w:tcPr>
            <w:tcW w:type="dxa" w:w="4933"/>
            <w:shd w:fill="EDEDED"/>
          </w:tcPr>
          <w:p>
            <w:r>
              <w:rPr>
                <w:b/>
              </w:rPr>
              <w:t>Arbeitsauftrag</w:t>
            </w:r>
          </w:p>
        </w:tc>
        <w:tc>
          <w:tcPr>
            <w:tcW w:type="dxa" w:w="4933"/>
          </w:tcPr>
          <w:p>
            <w:r>
              <w:t>{{workorderNumber}}</w:t>
            </w:r>
          </w:p>
        </w:tc>
      </w:tr>
      <w:tr>
        <w:tc>
          <w:tcPr>
            <w:tcW w:type="dxa" w:w="4933"/>
            <w:shd w:fill="EDEDED"/>
          </w:tcPr>
          <w:p>
            <w:r>
              <w:rPr>
                <w:b/>
              </w:rPr>
              <w:t>Artikelnummer</w:t>
            </w:r>
          </w:p>
        </w:tc>
        <w:tc>
          <w:tcPr>
            <w:tcW w:type="dxa" w:w="4933"/>
          </w:tcPr>
          <w:p>
            <w:r>
              <w:t>{{partNumber}}</w:t>
            </w:r>
          </w:p>
        </w:tc>
      </w:tr>
      <w:tr>
        <w:tc>
          <w:tcPr>
            <w:tcW w:type="dxa" w:w="4933"/>
            <w:shd w:fill="EDEDED"/>
          </w:tcPr>
          <w:p>
            <w:r>
              <w:rPr>
                <w:b/>
              </w:rPr>
              <w:t>Menge</w:t>
            </w:r>
          </w:p>
        </w:tc>
        <w:tc>
          <w:tcPr>
            <w:tcW w:type="dxa" w:w="4933"/>
          </w:tcPr>
          <w:p>
            <w:r>
              <w:t>{{quantity}}</w:t>
            </w:r>
          </w:p>
        </w:tc>
      </w:tr>
      <w:tr>
        <w:tc>
          <w:tcPr>
            <w:tcW w:type="dxa" w:w="4933"/>
            <w:shd w:fill="EDEDED"/>
          </w:tcPr>
          <w:p>
            <w:r>
              <w:rPr>
                <w:b/>
              </w:rPr>
              <w:t>Seriennummer</w:t>
            </w:r>
          </w:p>
        </w:tc>
        <w:tc>
          <w:tcPr>
            <w:tcW w:type="dxa" w:w="4933"/>
          </w:tcPr>
          <w:p>
            <w:r>
              <w:t>{{serialNumber}}</w:t>
            </w:r>
          </w:p>
        </w:tc>
      </w:tr>
    </w:tbl>
    <w:p/>
    <w:p>
      <w:pPr>
        <w:spacing w:before="240"/>
      </w:pPr>
      <w:r>
        <w:t>{{barcode:CODE_128:serialNumber:360x90}}</w:t>
      </w:r>
    </w:p>
    <w:p>
      <w:pPr>
        <w:spacing w:before="160"/>
      </w:pPr>
      <w:r>
        <w:t>{{qr:serialNumber}}</w:t>
      </w:r>
    </w:p>
    <w:p>
      <w:r>
        <w:t>Bemerkung</w:t>
      </w:r>
    </w:p>
    <w:p>
      <w:r>
        <w:t>{{note}}</w:t>
      </w:r>
    </w:p>
    <w:p>
      <w:r>
        <w:rPr>
          <w:b/>
        </w:rPr>
        <w:t>Positionen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shd w:fill="EDEDED"/>
          </w:tcPr>
          <w:p>
            <w:r>
              <w:t>Pos.</w:t>
            </w:r>
          </w:p>
        </w:tc>
        <w:tc>
          <w:tcPr>
            <w:tcW w:type="dxa" w:w="2466"/>
            <w:shd w:fill="EDEDED"/>
          </w:tcPr>
          <w:p>
            <w:r>
              <w:t>Artikel</w:t>
            </w:r>
          </w:p>
        </w:tc>
        <w:tc>
          <w:tcPr>
            <w:tcW w:type="dxa" w:w="2466"/>
            <w:shd w:fill="EDEDED"/>
          </w:tcPr>
          <w:p>
            <w:r>
              <w:t>Bezeichnung</w:t>
            </w:r>
          </w:p>
        </w:tc>
        <w:tc>
          <w:tcPr>
            <w:tcW w:type="dxa" w:w="2466"/>
            <w:shd w:fill="EDEDED"/>
          </w:tcPr>
          <w:p>
            <w:r>
              <w:t>Menge</w:t>
            </w:r>
          </w:p>
        </w:tc>
      </w:tr>
      <w:tr>
        <w:tc>
          <w:tcPr>
            <w:tcW w:type="dxa" w:w="2466"/>
          </w:tcPr>
          <w:p>
            <w:r>
              <w:t>1</w:t>
            </w:r>
          </w:p>
        </w:tc>
        <w:tc>
          <w:tcPr>
            <w:tcW w:type="dxa" w:w="2466"/>
          </w:tcPr>
          <w:p>
            <w:r>
              <w:t>{{partNumber}}</w:t>
            </w:r>
          </w:p>
        </w:tc>
        <w:tc>
          <w:tcPr>
            <w:tcW w:type="dxa" w:w="2466"/>
          </w:tcPr>
          <w:p>
            <w:r>
              <w:t>{{description}}</w:t>
            </w:r>
          </w:p>
        </w:tc>
        <w:tc>
          <w:tcPr>
            <w:tcW w:type="dxa" w:w="2466"/>
          </w:tcPr>
          <w:p>
            <w:r>
              <w:t>{{quantity}}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Printservice DOCX Demo - {{deliveryNumber}}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